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73891" w14:textId="77777777" w:rsidR="00C817C1" w:rsidRPr="00A769F8" w:rsidRDefault="00E47247">
      <w:pPr>
        <w:pStyle w:val="Heading1"/>
        <w:jc w:val="center"/>
        <w:rPr>
          <w:lang w:val="el-GR"/>
        </w:rPr>
      </w:pPr>
      <w:r w:rsidRPr="00A769F8">
        <w:rPr>
          <w:lang w:val="el-GR"/>
        </w:rPr>
        <w:t>ΕΝΤΥΠΟ ΥΠΑΝΑΧΩΡΗΣΗΣ</w:t>
      </w:r>
    </w:p>
    <w:p w14:paraId="6311FAE6" w14:textId="77777777" w:rsidR="00C817C1" w:rsidRPr="00A769F8" w:rsidRDefault="00E47247">
      <w:pPr>
        <w:jc w:val="center"/>
        <w:rPr>
          <w:lang w:val="el-GR"/>
        </w:rPr>
      </w:pPr>
      <w:r w:rsidRPr="00A769F8">
        <w:rPr>
          <w:b/>
          <w:lang w:val="el-GR"/>
        </w:rPr>
        <w:t>(Σύμφωνα με το Παράρτημα του Ν. 2251/1994)</w:t>
      </w:r>
      <w:r w:rsidRPr="00A769F8">
        <w:rPr>
          <w:b/>
          <w:lang w:val="el-GR"/>
        </w:rPr>
        <w:br/>
      </w:r>
    </w:p>
    <w:p w14:paraId="43D33CCB" w14:textId="77777777" w:rsidR="00C817C1" w:rsidRPr="00A769F8" w:rsidRDefault="00E47247">
      <w:pPr>
        <w:rPr>
          <w:lang w:val="el-GR"/>
        </w:rPr>
      </w:pPr>
      <w:r w:rsidRPr="00A769F8">
        <w:rPr>
          <w:lang w:val="el-GR"/>
        </w:rPr>
        <w:t>Συμπληρώστε και αποστείλετε το παρόν έντυπο μόνο εάν επιθυμείτε να υπαναχωρήσετε από τη σύμβαση αγοράς.</w:t>
      </w:r>
    </w:p>
    <w:p w14:paraId="19D01F86" w14:textId="77777777" w:rsidR="00C817C1" w:rsidRPr="00A769F8" w:rsidRDefault="00E47247">
      <w:pPr>
        <w:pStyle w:val="Heading2"/>
        <w:rPr>
          <w:lang w:val="el-GR"/>
        </w:rPr>
      </w:pPr>
      <w:r w:rsidRPr="00A769F8">
        <w:rPr>
          <w:lang w:val="el-GR"/>
        </w:rPr>
        <w:t>Προς</w:t>
      </w:r>
    </w:p>
    <w:p w14:paraId="6056211C" w14:textId="77777777" w:rsidR="00C817C1" w:rsidRPr="00A769F8" w:rsidRDefault="00E47247">
      <w:pPr>
        <w:rPr>
          <w:lang w:val="el-GR"/>
        </w:rPr>
      </w:pPr>
      <w:r>
        <w:t>WELLCOMM</w:t>
      </w:r>
      <w:r w:rsidRPr="00A769F8">
        <w:rPr>
          <w:lang w:val="el-GR"/>
        </w:rPr>
        <w:t xml:space="preserve"> ΜΟΝΟΠΡΟΣΩΠΗ ΑΝΩΝΥΜΗ ΕΤΑΙΡΕΙΑ ΕΜΠΟΡΙΑΣ ΠΡΟΪΟΝΤΩΝ ΚΑΙ ΠΑΡΟΧΗΣ ΥΠΗΡΕΣΙΩΝ ΔΙΑΔΙΚΤΥΟΥ</w:t>
      </w:r>
      <w:r w:rsidRPr="00A769F8">
        <w:rPr>
          <w:lang w:val="el-GR"/>
        </w:rPr>
        <w:br/>
      </w:r>
      <w:proofErr w:type="spellStart"/>
      <w:r w:rsidRPr="00A769F8">
        <w:rPr>
          <w:lang w:val="el-GR"/>
        </w:rPr>
        <w:t>Λεωφ</w:t>
      </w:r>
      <w:proofErr w:type="spellEnd"/>
      <w:r w:rsidRPr="00A769F8">
        <w:rPr>
          <w:lang w:val="el-GR"/>
        </w:rPr>
        <w:t xml:space="preserve">. Αθηνών 31-33 &amp; Σπύρου </w:t>
      </w:r>
      <w:proofErr w:type="spellStart"/>
      <w:r w:rsidRPr="00A769F8">
        <w:rPr>
          <w:lang w:val="el-GR"/>
        </w:rPr>
        <w:t>Πάτση</w:t>
      </w:r>
      <w:proofErr w:type="spellEnd"/>
      <w:r w:rsidRPr="00A769F8">
        <w:rPr>
          <w:lang w:val="el-GR"/>
        </w:rPr>
        <w:t>, Αθήνα</w:t>
      </w:r>
      <w:r w:rsidRPr="00A769F8">
        <w:rPr>
          <w:lang w:val="el-GR"/>
        </w:rPr>
        <w:br/>
      </w:r>
      <w:r>
        <w:t>Email</w:t>
      </w:r>
      <w:r w:rsidRPr="00A769F8">
        <w:rPr>
          <w:lang w:val="el-GR"/>
        </w:rPr>
        <w:t xml:space="preserve">: </w:t>
      </w:r>
      <w:r>
        <w:t>info</w:t>
      </w:r>
      <w:r w:rsidRPr="00A769F8">
        <w:rPr>
          <w:lang w:val="el-GR"/>
        </w:rPr>
        <w:t>@</w:t>
      </w:r>
      <w:proofErr w:type="spellStart"/>
      <w:r>
        <w:t>shopflix</w:t>
      </w:r>
      <w:proofErr w:type="spellEnd"/>
      <w:r w:rsidRPr="00A769F8">
        <w:rPr>
          <w:lang w:val="el-GR"/>
        </w:rPr>
        <w:t>.</w:t>
      </w:r>
      <w:r>
        <w:t>gr</w:t>
      </w:r>
      <w:r w:rsidRPr="00A769F8">
        <w:rPr>
          <w:lang w:val="el-GR"/>
        </w:rPr>
        <w:br/>
      </w:r>
      <w:proofErr w:type="spellStart"/>
      <w:r w:rsidRPr="00A769F8">
        <w:rPr>
          <w:lang w:val="el-GR"/>
        </w:rPr>
        <w:t>Τηλ</w:t>
      </w:r>
      <w:proofErr w:type="spellEnd"/>
      <w:r w:rsidRPr="00A769F8">
        <w:rPr>
          <w:lang w:val="el-GR"/>
        </w:rPr>
        <w:t>.: +30 210 4449500</w:t>
      </w:r>
    </w:p>
    <w:p w14:paraId="6341094F" w14:textId="77777777" w:rsidR="00C817C1" w:rsidRPr="00A769F8" w:rsidRDefault="00E47247">
      <w:pPr>
        <w:pStyle w:val="Heading2"/>
        <w:rPr>
          <w:lang w:val="el-GR"/>
        </w:rPr>
      </w:pPr>
      <w:r w:rsidRPr="00A769F8">
        <w:rPr>
          <w:lang w:val="el-GR"/>
        </w:rPr>
        <w:t>Δήλωση Υπαναχώρησης</w:t>
      </w:r>
    </w:p>
    <w:p w14:paraId="510F093E" w14:textId="77777777" w:rsidR="00C817C1" w:rsidRPr="00A769F8" w:rsidRDefault="00E47247">
      <w:pPr>
        <w:rPr>
          <w:lang w:val="el-GR"/>
        </w:rPr>
      </w:pPr>
      <w:r w:rsidRPr="00A769F8">
        <w:rPr>
          <w:lang w:val="el-GR"/>
        </w:rPr>
        <w:t>Αριθμός Παραγγελίας: ______________________________</w:t>
      </w:r>
    </w:p>
    <w:p w14:paraId="48E27ECB" w14:textId="7824DB70" w:rsidR="00C817C1" w:rsidRPr="00A769F8" w:rsidRDefault="00742927">
      <w:pPr>
        <w:rPr>
          <w:lang w:val="el-GR"/>
        </w:rPr>
      </w:pPr>
      <w:r>
        <w:rPr>
          <w:lang w:val="el-GR"/>
        </w:rPr>
        <w:t xml:space="preserve">Κωδικός - </w:t>
      </w:r>
      <w:r w:rsidRPr="00A769F8">
        <w:rPr>
          <w:lang w:val="el-GR"/>
        </w:rPr>
        <w:t>Περιγραφή προϊόντος/προϊόντων:</w:t>
      </w:r>
      <w:r w:rsidRPr="00A769F8">
        <w:rPr>
          <w:lang w:val="el-GR"/>
        </w:rPr>
        <w:br/>
      </w:r>
      <w:r w:rsidRPr="00A769F8">
        <w:rPr>
          <w:lang w:val="el-GR"/>
        </w:rPr>
        <w:br/>
        <w:t>__________________________________________________________</w:t>
      </w:r>
      <w:r w:rsidRPr="00A769F8">
        <w:rPr>
          <w:lang w:val="el-GR"/>
        </w:rPr>
        <w:br/>
        <w:t>__________________________________________________________</w:t>
      </w:r>
    </w:p>
    <w:p w14:paraId="34270179" w14:textId="77777777" w:rsidR="00C817C1" w:rsidRPr="00A769F8" w:rsidRDefault="00E47247">
      <w:pPr>
        <w:rPr>
          <w:lang w:val="el-GR"/>
        </w:rPr>
      </w:pPr>
      <w:r w:rsidRPr="00A769F8">
        <w:rPr>
          <w:lang w:val="el-GR"/>
        </w:rPr>
        <w:t>Ημερομηνία παραγγελίας: ____/____/______</w:t>
      </w:r>
    </w:p>
    <w:p w14:paraId="57703C9F" w14:textId="77777777" w:rsidR="00C817C1" w:rsidRPr="00A769F8" w:rsidRDefault="00E47247">
      <w:pPr>
        <w:rPr>
          <w:lang w:val="el-GR"/>
        </w:rPr>
      </w:pPr>
      <w:r w:rsidRPr="00A769F8">
        <w:rPr>
          <w:lang w:val="el-GR"/>
        </w:rPr>
        <w:t>Ημερομηνία παραλαβής: ____/____/______</w:t>
      </w:r>
    </w:p>
    <w:p w14:paraId="07D28C69" w14:textId="77777777" w:rsidR="00C817C1" w:rsidRPr="00A769F8" w:rsidRDefault="00E47247">
      <w:pPr>
        <w:rPr>
          <w:lang w:val="el-GR"/>
        </w:rPr>
      </w:pPr>
      <w:r w:rsidRPr="00A769F8">
        <w:rPr>
          <w:lang w:val="el-GR"/>
        </w:rPr>
        <w:t>Ονοματεπώνυμο: __________________________________________</w:t>
      </w:r>
    </w:p>
    <w:p w14:paraId="33615A28" w14:textId="77777777" w:rsidR="00C817C1" w:rsidRPr="00A769F8" w:rsidRDefault="00E47247">
      <w:pPr>
        <w:rPr>
          <w:lang w:val="el-GR"/>
        </w:rPr>
      </w:pPr>
      <w:r w:rsidRPr="00A769F8">
        <w:rPr>
          <w:lang w:val="el-GR"/>
        </w:rPr>
        <w:t>Διεύθυνση: ______________________________________________</w:t>
      </w:r>
    </w:p>
    <w:p w14:paraId="38CC8B58" w14:textId="77777777" w:rsidR="00C817C1" w:rsidRPr="00A769F8" w:rsidRDefault="00E47247">
      <w:pPr>
        <w:rPr>
          <w:lang w:val="el-GR"/>
        </w:rPr>
      </w:pPr>
      <w:r w:rsidRPr="00A769F8">
        <w:rPr>
          <w:lang w:val="el-GR"/>
        </w:rPr>
        <w:t>Τ.Κ.: __________   Πόλη: _________________________________</w:t>
      </w:r>
    </w:p>
    <w:p w14:paraId="1A0A8E81" w14:textId="77777777" w:rsidR="00C817C1" w:rsidRPr="00A769F8" w:rsidRDefault="00E47247">
      <w:pPr>
        <w:rPr>
          <w:lang w:val="el-GR"/>
        </w:rPr>
      </w:pPr>
      <w:r w:rsidRPr="00A769F8">
        <w:rPr>
          <w:lang w:val="el-GR"/>
        </w:rPr>
        <w:t>Τηλέφωνο (προαιρετικό): _________________________________</w:t>
      </w:r>
    </w:p>
    <w:p w14:paraId="2209B50B" w14:textId="77777777" w:rsidR="00C817C1" w:rsidRPr="00A769F8" w:rsidRDefault="00E47247">
      <w:pPr>
        <w:rPr>
          <w:lang w:val="el-GR"/>
        </w:rPr>
      </w:pPr>
      <w:r>
        <w:t>Email</w:t>
      </w:r>
      <w:r w:rsidRPr="00A769F8">
        <w:rPr>
          <w:lang w:val="el-GR"/>
        </w:rPr>
        <w:t>: _________________________________________________</w:t>
      </w:r>
    </w:p>
    <w:p w14:paraId="69733A17" w14:textId="77777777" w:rsidR="00C817C1" w:rsidRPr="00A769F8" w:rsidRDefault="00E47247">
      <w:pPr>
        <w:rPr>
          <w:lang w:val="el-GR"/>
        </w:rPr>
      </w:pPr>
      <w:r>
        <w:t>IBAN</w:t>
      </w:r>
      <w:r w:rsidRPr="00A769F8">
        <w:rPr>
          <w:lang w:val="el-GR"/>
        </w:rPr>
        <w:t xml:space="preserve"> (εφόσον απαιτείται):</w:t>
      </w:r>
      <w:r w:rsidRPr="00A769F8">
        <w:rPr>
          <w:lang w:val="el-GR"/>
        </w:rPr>
        <w:br/>
      </w:r>
      <w:r>
        <w:t>GR</w:t>
      </w:r>
      <w:r w:rsidRPr="00A769F8">
        <w:rPr>
          <w:lang w:val="el-GR"/>
        </w:rPr>
        <w:t xml:space="preserve"> __ __ __ __ __ __ __ __ __ __ __ __ __ __ __ __ __ __ __ __ __ __ __ __ __</w:t>
      </w:r>
    </w:p>
    <w:p w14:paraId="04886F0F" w14:textId="77777777" w:rsidR="00C817C1" w:rsidRPr="00A769F8" w:rsidRDefault="00E47247">
      <w:pPr>
        <w:rPr>
          <w:lang w:val="el-GR"/>
        </w:rPr>
      </w:pPr>
      <w:r w:rsidRPr="00A769F8">
        <w:rPr>
          <w:lang w:val="el-GR"/>
        </w:rPr>
        <w:t>Δικαιούχος Λογαριασμού: _________________________________</w:t>
      </w:r>
    </w:p>
    <w:p w14:paraId="011938BE" w14:textId="77777777" w:rsidR="00C817C1" w:rsidRPr="00A769F8" w:rsidRDefault="00E47247">
      <w:pPr>
        <w:pStyle w:val="Heading2"/>
        <w:rPr>
          <w:lang w:val="el-GR"/>
        </w:rPr>
      </w:pPr>
      <w:r w:rsidRPr="00A769F8">
        <w:rPr>
          <w:lang w:val="el-GR"/>
        </w:rPr>
        <w:t>Δήλωση</w:t>
      </w:r>
    </w:p>
    <w:p w14:paraId="3FA27D88" w14:textId="77777777" w:rsidR="00C817C1" w:rsidRPr="00A769F8" w:rsidRDefault="00E47247">
      <w:pPr>
        <w:rPr>
          <w:lang w:val="el-GR"/>
        </w:rPr>
      </w:pPr>
      <w:r w:rsidRPr="00A769F8">
        <w:rPr>
          <w:lang w:val="el-GR"/>
        </w:rPr>
        <w:t>Με την παρούσα γνωστοποιώ ότι υπαναχωρώ από τη σύμβαση πώλησης των ανωτέρω αγαθών σύμφωνα με τον Ν. 2251/1994.</w:t>
      </w:r>
    </w:p>
    <w:p w14:paraId="57B6A033" w14:textId="77777777" w:rsidR="00C817C1" w:rsidRPr="00A769F8" w:rsidRDefault="00E47247">
      <w:pPr>
        <w:rPr>
          <w:lang w:val="el-GR"/>
        </w:rPr>
      </w:pPr>
      <w:r w:rsidRPr="00A769F8">
        <w:rPr>
          <w:lang w:val="el-GR"/>
        </w:rPr>
        <w:lastRenderedPageBreak/>
        <w:t>Ημερομηνία: ____/____/______</w:t>
      </w:r>
      <w:r w:rsidRPr="00A769F8">
        <w:rPr>
          <w:lang w:val="el-GR"/>
        </w:rPr>
        <w:br/>
      </w:r>
      <w:r w:rsidRPr="00A769F8">
        <w:rPr>
          <w:lang w:val="el-GR"/>
        </w:rPr>
        <w:br/>
        <w:t>Υπογραφή καταναλωτή (μόνο εφόσον το έντυπο αποστέλλεται σε έντυπη μορφή)</w:t>
      </w:r>
      <w:r w:rsidRPr="00A769F8">
        <w:rPr>
          <w:lang w:val="el-GR"/>
        </w:rPr>
        <w:br/>
      </w:r>
      <w:r w:rsidRPr="00A769F8">
        <w:rPr>
          <w:lang w:val="el-GR"/>
        </w:rPr>
        <w:br/>
        <w:t>______________________________</w:t>
      </w:r>
    </w:p>
    <w:p w14:paraId="142CA902" w14:textId="77777777" w:rsidR="00C817C1" w:rsidRDefault="00E47247">
      <w:pPr>
        <w:pStyle w:val="Heading2"/>
      </w:pPr>
      <w:proofErr w:type="spellStart"/>
      <w:r>
        <w:t>Σημ</w:t>
      </w:r>
      <w:proofErr w:type="spellEnd"/>
      <w:r>
        <w:t>αντικές π</w:t>
      </w:r>
      <w:proofErr w:type="spellStart"/>
      <w:r>
        <w:t>ληροφορίες</w:t>
      </w:r>
      <w:proofErr w:type="spellEnd"/>
    </w:p>
    <w:p w14:paraId="105C7B76" w14:textId="77777777" w:rsidR="00C817C1" w:rsidRPr="00A769F8" w:rsidRDefault="00E47247">
      <w:pPr>
        <w:pStyle w:val="ListBullet"/>
        <w:rPr>
          <w:lang w:val="el-GR"/>
        </w:rPr>
      </w:pPr>
      <w:r w:rsidRPr="00A769F8">
        <w:rPr>
          <w:lang w:val="el-GR"/>
        </w:rPr>
        <w:t>Το δικαίωμα υπαναχώρησης ασκείται εντός δεκατεσσάρων (14) ημερολογιακών ημερών, σύμφωνα με τον Ν. 2251/1994, εφόσον δεν εφαρμόζεται κάποια νόμιμη εξαίρεση.</w:t>
      </w:r>
    </w:p>
    <w:p w14:paraId="46F90727" w14:textId="033B3291" w:rsidR="00C817C1" w:rsidRPr="00A769F8" w:rsidRDefault="00E47247">
      <w:pPr>
        <w:pStyle w:val="ListBullet"/>
        <w:rPr>
          <w:lang w:val="el-GR"/>
        </w:rPr>
      </w:pPr>
      <w:r w:rsidRPr="00A769F8">
        <w:rPr>
          <w:lang w:val="el-GR"/>
        </w:rPr>
        <w:t>Η αποστολή του παρόντος εντύπου αποτελεί δήλωση άσκησης του δικαιώματος υπαναχώρησης.</w:t>
      </w:r>
      <w:r w:rsidR="00742927">
        <w:rPr>
          <w:lang w:val="el-GR"/>
        </w:rPr>
        <w:t xml:space="preserve"> Με τη λήψη της δήλωσής σας θα σας διαβιβάσουμε μέσω</w:t>
      </w:r>
      <w:r w:rsidR="00742927" w:rsidRPr="00A769F8">
        <w:rPr>
          <w:lang w:val="el-GR"/>
        </w:rPr>
        <w:t xml:space="preserve"> </w:t>
      </w:r>
      <w:r w:rsidR="00742927">
        <w:t>email</w:t>
      </w:r>
      <w:r w:rsidR="00742927" w:rsidRPr="00A769F8">
        <w:rPr>
          <w:lang w:val="el-GR"/>
        </w:rPr>
        <w:t xml:space="preserve"> </w:t>
      </w:r>
      <w:r w:rsidR="00742927">
        <w:rPr>
          <w:lang w:val="el-GR"/>
        </w:rPr>
        <w:t>επιβεβαίωση της λήψης της.</w:t>
      </w:r>
    </w:p>
    <w:p w14:paraId="5A94403A" w14:textId="77777777" w:rsidR="00C817C1" w:rsidRPr="00A769F8" w:rsidRDefault="00E47247">
      <w:pPr>
        <w:pStyle w:val="ListBullet"/>
        <w:rPr>
          <w:lang w:val="el-GR"/>
        </w:rPr>
      </w:pPr>
      <w:r w:rsidRPr="00A769F8">
        <w:rPr>
          <w:lang w:val="el-GR"/>
        </w:rPr>
        <w:t xml:space="preserve">Το </w:t>
      </w:r>
      <w:r>
        <w:t>SHOPFLIX</w:t>
      </w:r>
      <w:r w:rsidRPr="00A769F8">
        <w:rPr>
          <w:lang w:val="el-GR"/>
        </w:rPr>
        <w:t xml:space="preserve"> λειτουργεί ως ηλεκτρονική πλατφόρμα (</w:t>
      </w:r>
      <w:r>
        <w:t>marketplace</w:t>
      </w:r>
      <w:r w:rsidRPr="00A769F8">
        <w:rPr>
          <w:lang w:val="el-GR"/>
        </w:rPr>
        <w:t>). Η δήλωση υπαναχώρησης διαβιβάζεται στον αρμόδιο πωλητή για τη διαχείριση του αιτήματος σύμφωνα με την ισχύουσα νομοθεσία και τους Όρους Χρήσης της πλατφόρμας.</w:t>
      </w:r>
    </w:p>
    <w:sectPr w:rsidR="00C817C1" w:rsidRPr="00A769F8" w:rsidSect="00034616">
      <w:pgSz w:w="12240" w:h="15840"/>
      <w:pgMar w:top="1440" w:right="1000" w:bottom="1440" w:left="10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86792710">
    <w:abstractNumId w:val="8"/>
  </w:num>
  <w:num w:numId="2" w16cid:durableId="1169557560">
    <w:abstractNumId w:val="6"/>
  </w:num>
  <w:num w:numId="3" w16cid:durableId="501120866">
    <w:abstractNumId w:val="5"/>
  </w:num>
  <w:num w:numId="4" w16cid:durableId="1043746950">
    <w:abstractNumId w:val="4"/>
  </w:num>
  <w:num w:numId="5" w16cid:durableId="1499077237">
    <w:abstractNumId w:val="7"/>
  </w:num>
  <w:num w:numId="6" w16cid:durableId="562957330">
    <w:abstractNumId w:val="3"/>
  </w:num>
  <w:num w:numId="7" w16cid:durableId="242491537">
    <w:abstractNumId w:val="2"/>
  </w:num>
  <w:num w:numId="8" w16cid:durableId="1827090171">
    <w:abstractNumId w:val="1"/>
  </w:num>
  <w:num w:numId="9" w16cid:durableId="241531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42927"/>
    <w:rsid w:val="007B34FB"/>
    <w:rsid w:val="007E67EA"/>
    <w:rsid w:val="00A769F8"/>
    <w:rsid w:val="00AA1D8D"/>
    <w:rsid w:val="00B47730"/>
    <w:rsid w:val="00C817C1"/>
    <w:rsid w:val="00CB0664"/>
    <w:rsid w:val="00E4724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2A1846"/>
  <w14:defaultImageDpi w14:val="300"/>
  <w15:docId w15:val="{71BC285A-FB56-4A1C-B4D5-23A9C1606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on">
    <w:name w:val="Revision"/>
    <w:hidden/>
    <w:uiPriority w:val="99"/>
    <w:semiHidden/>
    <w:rsid w:val="007429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1650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Nikos Bouas</cp:lastModifiedBy>
  <cp:revision>2</cp:revision>
  <dcterms:created xsi:type="dcterms:W3CDTF">2026-07-30T10:18:00Z</dcterms:created>
  <dcterms:modified xsi:type="dcterms:W3CDTF">2026-07-30T10:18:00Z</dcterms:modified>
  <cp:category/>
</cp:coreProperties>
</file>